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14C57" w14:textId="77777777" w:rsidR="00B618CA" w:rsidRPr="001A5AA3" w:rsidRDefault="009A4D8E">
      <w:pPr>
        <w:spacing w:after="40"/>
        <w:jc w:val="center"/>
      </w:pPr>
      <w:r w:rsidRPr="001A5AA3">
        <w:rPr>
          <w:b/>
          <w:color w:val="1E293B"/>
          <w:sz w:val="44"/>
        </w:rPr>
        <w:t>JOHNATHON RUSSELL</w:t>
      </w:r>
    </w:p>
    <w:p w14:paraId="3C8A9660" w14:textId="0D0A0208" w:rsidR="00B618CA" w:rsidRPr="001A5AA3" w:rsidRDefault="009A4D8E">
      <w:pPr>
        <w:spacing w:after="40"/>
        <w:jc w:val="center"/>
      </w:pPr>
      <w:r w:rsidRPr="001A5AA3">
        <w:rPr>
          <w:b/>
          <w:color w:val="475569"/>
          <w:sz w:val="18"/>
        </w:rPr>
        <w:t>IT SERVICE DESK | TECHNICAL SUPPORT</w:t>
      </w:r>
    </w:p>
    <w:p w14:paraId="2BB7A284" w14:textId="49C564A9" w:rsidR="00B618CA" w:rsidRPr="001A5AA3" w:rsidRDefault="00731B0B">
      <w:pPr>
        <w:spacing w:after="140"/>
        <w:jc w:val="center"/>
      </w:pPr>
      <w:r w:rsidRPr="001A5AA3">
        <w:rPr>
          <w:sz w:val="18"/>
        </w:rPr>
        <w:t xml:space="preserve">Brisbane, QLD | </w:t>
      </w:r>
      <w:r w:rsidR="00EC14B0" w:rsidRPr="001A5AA3">
        <w:rPr>
          <w:sz w:val="18"/>
        </w:rPr>
        <w:t>jruss320@gmail.com | +61 424 280 664</w:t>
      </w:r>
    </w:p>
    <w:p w14:paraId="3EE259ED" w14:textId="77777777" w:rsidR="00B618CA" w:rsidRPr="001A5AA3" w:rsidRDefault="009A4D8E">
      <w:pPr>
        <w:pStyle w:val="Heading1"/>
        <w:rPr>
          <w:rFonts w:ascii="Aptos" w:hAnsi="Aptos"/>
        </w:rPr>
      </w:pPr>
      <w:r w:rsidRPr="001A5AA3">
        <w:rPr>
          <w:rFonts w:ascii="Aptos" w:hAnsi="Aptos"/>
        </w:rPr>
        <w:t>PROFESSIONAL SUMMARY</w:t>
      </w:r>
    </w:p>
    <w:p w14:paraId="0B8669A1" w14:textId="77777777" w:rsidR="00551F50" w:rsidRDefault="00731B0B" w:rsidP="00731B0B">
      <w:pPr>
        <w:spacing w:after="60"/>
        <w:jc w:val="both"/>
      </w:pPr>
      <w:r w:rsidRPr="001A5AA3">
        <w:t>Level 1 and Level 2 IT professional with experience supporting Windows, macOS, Microsoft 365, end-user devices, applications and networked environments. Also experienced in operational support through incident and service request management, as well as deployment and maintenance of technology, and communication of technical solutions to end-users with varying degrees of technical knowledge.</w:t>
      </w:r>
    </w:p>
    <w:p w14:paraId="4C76A518" w14:textId="2C232F91" w:rsidR="0078101D" w:rsidRPr="001A5AA3" w:rsidRDefault="00731B0B" w:rsidP="00731B0B">
      <w:pPr>
        <w:spacing w:after="60"/>
        <w:jc w:val="both"/>
      </w:pPr>
      <w:r w:rsidRPr="001A5AA3">
        <w:br/>
      </w:r>
      <w:r w:rsidR="0078101D" w:rsidRPr="001A5AA3">
        <w:t>Combines operational ICT experience with skills in Python, PowerShell, SQL, JavaScript, APIs</w:t>
      </w:r>
      <w:r w:rsidR="008E48E7">
        <w:t>,</w:t>
      </w:r>
      <w:r w:rsidR="0078101D" w:rsidRPr="001A5AA3">
        <w:t xml:space="preserve"> and database systems.</w:t>
      </w:r>
      <w:r w:rsidRPr="001A5AA3">
        <w:t xml:space="preserve"> </w:t>
      </w:r>
      <w:r w:rsidR="0078101D" w:rsidRPr="001A5AA3">
        <w:t>Able to identify areas of improvement and opportunities to apply development and automation skills to operational problems, including the automation of a repetitive device logging process, and the redevelopment and testing of an internal application.  Currently completing a Bachelor of Business and Information Technology at Queensland University of Technology, with an interest in developing further expertise across enterprise systems, cloud infrastructure and automation.</w:t>
      </w:r>
    </w:p>
    <w:p w14:paraId="6B5B73F3" w14:textId="7B92F6AD" w:rsidR="0078101D" w:rsidRPr="001A5AA3" w:rsidRDefault="0078101D" w:rsidP="0078101D">
      <w:pPr>
        <w:pStyle w:val="Heading1"/>
        <w:rPr>
          <w:rFonts w:ascii="Aptos" w:hAnsi="Aptos"/>
        </w:rPr>
      </w:pPr>
      <w:r w:rsidRPr="001A5AA3">
        <w:rPr>
          <w:rFonts w:ascii="Aptos" w:hAnsi="Aptos"/>
        </w:rPr>
        <w:t>TECHNICAL CAPABILITIES</w:t>
      </w:r>
    </w:p>
    <w:p w14:paraId="6C129E25" w14:textId="77777777" w:rsidR="0078101D" w:rsidRPr="001A5AA3" w:rsidRDefault="0078101D" w:rsidP="0078101D">
      <w:pPr>
        <w:spacing w:after="60"/>
        <w:jc w:val="both"/>
      </w:pPr>
      <w:r w:rsidRPr="001A5AA3">
        <w:rPr>
          <w:b/>
          <w:bCs/>
        </w:rPr>
        <w:t>Systems &amp; IT Operations:</w:t>
      </w:r>
      <w:r w:rsidRPr="001A5AA3">
        <w:t xml:space="preserve"> Windows 10/11, macOS, Microsoft 365, SOE deployment, endpoint configuration, hardware and software troubleshooting, printers and peripherals, asset management, incident and request management, networking fundamentals</w:t>
      </w:r>
    </w:p>
    <w:p w14:paraId="2149EF53" w14:textId="77777777" w:rsidR="0078101D" w:rsidRPr="001A5AA3" w:rsidRDefault="0078101D" w:rsidP="0078101D">
      <w:pPr>
        <w:spacing w:after="60"/>
        <w:jc w:val="both"/>
      </w:pPr>
      <w:r w:rsidRPr="001A5AA3">
        <w:rPr>
          <w:b/>
          <w:bCs/>
        </w:rPr>
        <w:t>Automation &amp; Development:</w:t>
      </w:r>
      <w:r w:rsidRPr="001A5AA3">
        <w:t xml:space="preserve"> Python, PowerShell, Bash, JavaScript, HTML5, Flask, REST APIs, Git/GitHub</w:t>
      </w:r>
    </w:p>
    <w:p w14:paraId="2C6EFCA0" w14:textId="77777777" w:rsidR="0078101D" w:rsidRPr="001A5AA3" w:rsidRDefault="0078101D" w:rsidP="0078101D">
      <w:pPr>
        <w:spacing w:after="60"/>
        <w:jc w:val="both"/>
      </w:pPr>
      <w:r w:rsidRPr="001A5AA3">
        <w:rPr>
          <w:b/>
          <w:bCs/>
        </w:rPr>
        <w:t>Data &amp; Applications:</w:t>
      </w:r>
      <w:r w:rsidRPr="001A5AA3">
        <w:t xml:space="preserve"> SQL, Microsoft SQL Server, SQLite, database integration, microservices, cloud application development</w:t>
      </w:r>
    </w:p>
    <w:p w14:paraId="38DE45D1" w14:textId="77777777" w:rsidR="0078101D" w:rsidRPr="001A5AA3" w:rsidRDefault="0078101D" w:rsidP="0078101D">
      <w:pPr>
        <w:spacing w:after="60"/>
        <w:jc w:val="both"/>
      </w:pPr>
      <w:r w:rsidRPr="001A5AA3">
        <w:rPr>
          <w:b/>
          <w:bCs/>
        </w:rPr>
        <w:t>Microsoft &amp; Enterprise Technologies:</w:t>
      </w:r>
      <w:r w:rsidRPr="001A5AA3">
        <w:t xml:space="preserve"> Microsoft 365 administration, Entra ID, Azure and Intune exposure, Microsoft security administration</w:t>
      </w:r>
    </w:p>
    <w:p w14:paraId="0EBA0125" w14:textId="3E8F0D0C" w:rsidR="00731B0B" w:rsidRPr="001A5AA3" w:rsidRDefault="0078101D" w:rsidP="000C4895">
      <w:pPr>
        <w:spacing w:after="60"/>
        <w:jc w:val="both"/>
      </w:pPr>
      <w:r w:rsidRPr="001A5AA3">
        <w:rPr>
          <w:b/>
          <w:bCs/>
        </w:rPr>
        <w:t>Service Delivery:</w:t>
      </w:r>
      <w:r w:rsidRPr="001A5AA3">
        <w:t xml:space="preserve"> Technical troubleshooting, incident investigation, documentation, testing, stakeholder communication, customer service, continuous improvement and collaborative problem solving</w:t>
      </w:r>
    </w:p>
    <w:p w14:paraId="0A2EA7AF" w14:textId="77777777" w:rsidR="00B618CA" w:rsidRPr="001A5AA3" w:rsidRDefault="009A4D8E">
      <w:pPr>
        <w:pStyle w:val="Heading1"/>
        <w:rPr>
          <w:rFonts w:ascii="Aptos" w:hAnsi="Aptos"/>
        </w:rPr>
      </w:pPr>
      <w:r w:rsidRPr="001A5AA3">
        <w:rPr>
          <w:rFonts w:ascii="Aptos" w:hAnsi="Aptos"/>
        </w:rPr>
        <w:t>PROFESSIONAL EXPERIENCE</w:t>
      </w:r>
    </w:p>
    <w:p w14:paraId="3AE3A2EA" w14:textId="1B50C228" w:rsidR="00B618CA" w:rsidRPr="001A5AA3" w:rsidRDefault="009A4D8E">
      <w:pPr>
        <w:keepNext/>
        <w:tabs>
          <w:tab w:val="left" w:pos="9576"/>
        </w:tabs>
        <w:spacing w:before="60" w:after="0"/>
      </w:pPr>
      <w:r w:rsidRPr="001A5AA3">
        <w:rPr>
          <w:b/>
          <w:sz w:val="20"/>
        </w:rPr>
        <w:t xml:space="preserve">Service Desk </w:t>
      </w:r>
      <w:r w:rsidR="000C4895" w:rsidRPr="001A5AA3">
        <w:rPr>
          <w:b/>
          <w:sz w:val="20"/>
        </w:rPr>
        <w:t>Officer</w:t>
      </w:r>
      <w:r w:rsidR="000C4895" w:rsidRPr="001A5AA3">
        <w:rPr>
          <w:b/>
          <w:color w:val="475569"/>
          <w:sz w:val="20"/>
        </w:rPr>
        <w:t xml:space="preserve"> | Anglican</w:t>
      </w:r>
      <w:r w:rsidRPr="001A5AA3">
        <w:rPr>
          <w:b/>
          <w:color w:val="475569"/>
          <w:sz w:val="20"/>
        </w:rPr>
        <w:t xml:space="preserve"> Church Grammar School</w:t>
      </w:r>
      <w:r w:rsidR="000C4895" w:rsidRPr="001A5AA3">
        <w:rPr>
          <w:b/>
          <w:color w:val="475569"/>
          <w:sz w:val="20"/>
        </w:rPr>
        <w:t xml:space="preserve"> | </w:t>
      </w:r>
      <w:r w:rsidRPr="001A5AA3">
        <w:rPr>
          <w:i/>
          <w:color w:val="475569"/>
          <w:sz w:val="18"/>
        </w:rPr>
        <w:t>Mar 2025 - Present</w:t>
      </w:r>
    </w:p>
    <w:p w14:paraId="3F88F5D2" w14:textId="77777777" w:rsidR="00A710F8" w:rsidRPr="001A5AA3" w:rsidRDefault="00A710F8" w:rsidP="00A710F8">
      <w:pPr>
        <w:pStyle w:val="ListBullet"/>
        <w:numPr>
          <w:ilvl w:val="0"/>
          <w:numId w:val="0"/>
        </w:numPr>
        <w:spacing w:after="30" w:line="240" w:lineRule="auto"/>
      </w:pPr>
      <w:r w:rsidRPr="001A5AA3">
        <w:t>Provide level 1 &amp; 2 operational ICT in a complex school technology environment, providing ICT support to staff and students across Windows, macOS, Microsoft 365, applications, network connectivity, AV systems and end-user infrastructure.</w:t>
      </w:r>
    </w:p>
    <w:p w14:paraId="58FA6813" w14:textId="77777777" w:rsidR="00A710F8" w:rsidRPr="001A5AA3" w:rsidRDefault="00A710F8" w:rsidP="00A710F8">
      <w:pPr>
        <w:pStyle w:val="ListBullet"/>
        <w:numPr>
          <w:ilvl w:val="0"/>
          <w:numId w:val="0"/>
        </w:numPr>
        <w:spacing w:after="30" w:line="240" w:lineRule="auto"/>
      </w:pPr>
    </w:p>
    <w:p w14:paraId="07EE40B0" w14:textId="77777777" w:rsidR="00A710F8" w:rsidRPr="001A5AA3" w:rsidRDefault="00A710F8" w:rsidP="00A710F8">
      <w:pPr>
        <w:pStyle w:val="ListBullet"/>
        <w:numPr>
          <w:ilvl w:val="0"/>
          <w:numId w:val="10"/>
        </w:numPr>
        <w:spacing w:after="30" w:line="240" w:lineRule="auto"/>
      </w:pPr>
      <w:r w:rsidRPr="001A5AA3">
        <w:t>Determine root cause and resolve hardware, software, and network related incidents, using established procedures for incident resolution and escalating where necessary.</w:t>
      </w:r>
    </w:p>
    <w:p w14:paraId="345D0664" w14:textId="77777777" w:rsidR="00A710F8" w:rsidRPr="001A5AA3" w:rsidRDefault="00A710F8" w:rsidP="00A710F8">
      <w:pPr>
        <w:pStyle w:val="ListBullet"/>
        <w:numPr>
          <w:ilvl w:val="0"/>
          <w:numId w:val="10"/>
        </w:numPr>
        <w:spacing w:after="30" w:line="240" w:lineRule="auto"/>
      </w:pPr>
      <w:r w:rsidRPr="001A5AA3">
        <w:t>Manage concurrent incidents and service requests against defined service targets, prioritising issues according to operational impact and maintaining clear communication with users throughout resolution.</w:t>
      </w:r>
    </w:p>
    <w:p w14:paraId="039DACBF" w14:textId="77777777" w:rsidR="00A710F8" w:rsidRPr="001A5AA3" w:rsidRDefault="00A710F8" w:rsidP="00A710F8">
      <w:pPr>
        <w:pStyle w:val="ListBullet"/>
        <w:numPr>
          <w:ilvl w:val="0"/>
          <w:numId w:val="10"/>
        </w:numPr>
        <w:spacing w:after="30" w:line="240" w:lineRule="auto"/>
      </w:pPr>
      <w:r w:rsidRPr="001A5AA3">
        <w:t>Set up, install, and maintain the organisations SOE, as well as manage user end points, ensuring reliability of organisational technology environment.</w:t>
      </w:r>
    </w:p>
    <w:p w14:paraId="13ABB4C2" w14:textId="77777777" w:rsidR="00A710F8" w:rsidRPr="001A5AA3" w:rsidRDefault="00A710F8" w:rsidP="00A710F8">
      <w:pPr>
        <w:pStyle w:val="ListBullet"/>
        <w:numPr>
          <w:ilvl w:val="0"/>
          <w:numId w:val="10"/>
        </w:numPr>
        <w:spacing w:after="30" w:line="240" w:lineRule="auto"/>
      </w:pPr>
      <w:r w:rsidRPr="001A5AA3">
        <w:t>Assist with the large-scale annual 1:1 device recovery and deployment, assist with preparing, configuring, and testing</w:t>
      </w:r>
    </w:p>
    <w:p w14:paraId="34EDB8A6" w14:textId="77777777" w:rsidR="00A710F8" w:rsidRPr="001A5AA3" w:rsidRDefault="00A710F8" w:rsidP="00A710F8">
      <w:pPr>
        <w:pStyle w:val="ListBullet"/>
        <w:numPr>
          <w:ilvl w:val="0"/>
          <w:numId w:val="10"/>
        </w:numPr>
        <w:spacing w:after="30" w:line="240" w:lineRule="auto"/>
      </w:pPr>
      <w:r w:rsidRPr="001A5AA3">
        <w:t>Support ICT asset lifecycle activities including device allocation, tracking, recovery, maintenance and coordination of hardware repairs.</w:t>
      </w:r>
    </w:p>
    <w:p w14:paraId="761C9A68" w14:textId="77777777" w:rsidR="00A710F8" w:rsidRPr="001A5AA3" w:rsidRDefault="00A710F8" w:rsidP="00A710F8">
      <w:pPr>
        <w:pStyle w:val="ListBullet"/>
        <w:numPr>
          <w:ilvl w:val="0"/>
          <w:numId w:val="10"/>
        </w:numPr>
        <w:spacing w:after="30" w:line="240" w:lineRule="auto"/>
      </w:pPr>
      <w:r w:rsidRPr="001A5AA3">
        <w:t>Collaborate with other ICT team members, including systems and security specialists, to investigate issues spanning multiple technology areas and deliver effective service outcomes.</w:t>
      </w:r>
    </w:p>
    <w:p w14:paraId="4956C092" w14:textId="77777777" w:rsidR="00A710F8" w:rsidRPr="001A5AA3" w:rsidRDefault="00A710F8" w:rsidP="00A710F8">
      <w:pPr>
        <w:pStyle w:val="ListBullet"/>
        <w:numPr>
          <w:ilvl w:val="0"/>
          <w:numId w:val="10"/>
        </w:numPr>
        <w:spacing w:after="30" w:line="240" w:lineRule="auto"/>
      </w:pPr>
      <w:r w:rsidRPr="001A5AA3">
        <w:t>Provide technical support to staff and students who have different levels of computer literacy skills, converting technical details into understandable advice.</w:t>
      </w:r>
    </w:p>
    <w:p w14:paraId="0FACE01B" w14:textId="77777777" w:rsidR="00A710F8" w:rsidRPr="001A5AA3" w:rsidRDefault="00A710F8" w:rsidP="00A710F8">
      <w:pPr>
        <w:pStyle w:val="ListBullet"/>
        <w:numPr>
          <w:ilvl w:val="0"/>
          <w:numId w:val="0"/>
        </w:numPr>
        <w:spacing w:after="30" w:line="240" w:lineRule="auto"/>
      </w:pPr>
    </w:p>
    <w:p w14:paraId="686906A3" w14:textId="77777777" w:rsidR="00642A4F" w:rsidRPr="001A5AA3" w:rsidRDefault="00642A4F" w:rsidP="00642A4F">
      <w:pPr>
        <w:pStyle w:val="ListBullet"/>
        <w:numPr>
          <w:ilvl w:val="0"/>
          <w:numId w:val="0"/>
        </w:numPr>
        <w:spacing w:after="30" w:line="240" w:lineRule="auto"/>
        <w:ind w:left="360" w:hanging="360"/>
        <w:rPr>
          <w:b/>
          <w:bCs/>
        </w:rPr>
      </w:pPr>
      <w:r w:rsidRPr="001A5AA3">
        <w:rPr>
          <w:b/>
          <w:bCs/>
        </w:rPr>
        <w:t>Automation and process improvement</w:t>
      </w:r>
    </w:p>
    <w:p w14:paraId="080D9683" w14:textId="77777777" w:rsidR="00A710F8" w:rsidRPr="001A5AA3" w:rsidRDefault="00A710F8" w:rsidP="00A710F8">
      <w:pPr>
        <w:pStyle w:val="ListBullet"/>
        <w:spacing w:after="30" w:line="240" w:lineRule="auto"/>
      </w:pPr>
      <w:r w:rsidRPr="001A5AA3">
        <w:t>Documented repetitive manual tasks involved in logging laptops under warranty. Developed Python script to automate this process which included retrieving device information via SQL query, and automated communication with stakeholders.</w:t>
      </w:r>
    </w:p>
    <w:p w14:paraId="667C7EF5" w14:textId="1073DE2D" w:rsidR="00A710F8" w:rsidRPr="001A5AA3" w:rsidRDefault="00A710F8" w:rsidP="00A710F8">
      <w:pPr>
        <w:pStyle w:val="ListBullet"/>
        <w:spacing w:after="30" w:line="240" w:lineRule="auto"/>
      </w:pPr>
      <w:r w:rsidRPr="001A5AA3">
        <w:t xml:space="preserve">Improved the efficiency of warranty workflows by reducing time spent on repetitive </w:t>
      </w:r>
      <w:r w:rsidR="001A5AA3" w:rsidRPr="001A5AA3">
        <w:t>tasks and</w:t>
      </w:r>
      <w:r w:rsidRPr="001A5AA3">
        <w:t xml:space="preserve"> ensured consistency in reporting for each case.</w:t>
      </w:r>
    </w:p>
    <w:p w14:paraId="2FA46AF3" w14:textId="77777777" w:rsidR="00A710F8" w:rsidRPr="001A5AA3" w:rsidRDefault="00A710F8" w:rsidP="00A710F8">
      <w:pPr>
        <w:pStyle w:val="ListBullet"/>
        <w:spacing w:after="30" w:line="240" w:lineRule="auto"/>
      </w:pPr>
      <w:r w:rsidRPr="001A5AA3">
        <w:t>Utilised programming, scripting, and database knowledge outside of Service Desk duties to find practical solution to an operational problem.</w:t>
      </w:r>
    </w:p>
    <w:p w14:paraId="3BE253D2" w14:textId="77777777" w:rsidR="00A710F8" w:rsidRPr="001A5AA3" w:rsidRDefault="00A710F8" w:rsidP="00A710F8">
      <w:pPr>
        <w:pStyle w:val="ListBullet"/>
        <w:numPr>
          <w:ilvl w:val="0"/>
          <w:numId w:val="0"/>
        </w:numPr>
        <w:spacing w:after="30" w:line="240" w:lineRule="auto"/>
      </w:pPr>
    </w:p>
    <w:p w14:paraId="7CE3FF1D" w14:textId="78E9A0E5" w:rsidR="00642A4F" w:rsidRPr="001A5AA3" w:rsidRDefault="00642A4F" w:rsidP="00A710F8">
      <w:pPr>
        <w:pStyle w:val="ListBullet"/>
        <w:numPr>
          <w:ilvl w:val="0"/>
          <w:numId w:val="0"/>
        </w:numPr>
        <w:spacing w:after="30" w:line="240" w:lineRule="auto"/>
        <w:rPr>
          <w:b/>
          <w:bCs/>
        </w:rPr>
      </w:pPr>
      <w:r w:rsidRPr="001A5AA3">
        <w:rPr>
          <w:b/>
          <w:bCs/>
        </w:rPr>
        <w:lastRenderedPageBreak/>
        <w:t>Application redevelopment and testing</w:t>
      </w:r>
    </w:p>
    <w:p w14:paraId="1EC3A640" w14:textId="67A6A2A4" w:rsidR="00A710F8" w:rsidRPr="001A5AA3" w:rsidRDefault="00A710F8" w:rsidP="00A710F8">
      <w:pPr>
        <w:pStyle w:val="ListBullet"/>
        <w:numPr>
          <w:ilvl w:val="0"/>
          <w:numId w:val="11"/>
        </w:numPr>
        <w:spacing w:after="30" w:line="240" w:lineRule="auto"/>
      </w:pPr>
      <w:r w:rsidRPr="001A5AA3">
        <w:t>Assisted with re-developing an existing Outlook-based resource booking and ordering application by rebuilding the HTML interface and integrating new and existing form functionality</w:t>
      </w:r>
      <w:r w:rsidR="002C03C4">
        <w:t xml:space="preserve"> using JavaScript</w:t>
      </w:r>
      <w:r w:rsidRPr="001A5AA3">
        <w:t xml:space="preserve"> with the underlying database-backed workflow.</w:t>
      </w:r>
    </w:p>
    <w:p w14:paraId="25BC6A40" w14:textId="77777777" w:rsidR="00A710F8" w:rsidRPr="001A5AA3" w:rsidRDefault="00A710F8" w:rsidP="00A710F8">
      <w:pPr>
        <w:pStyle w:val="ListBullet"/>
        <w:numPr>
          <w:ilvl w:val="0"/>
          <w:numId w:val="11"/>
        </w:numPr>
        <w:spacing w:after="30" w:line="240" w:lineRule="auto"/>
      </w:pPr>
      <w:r w:rsidRPr="001A5AA3">
        <w:t>Investigated application behaviour and data flow to ensure information entered through the interface was correctly validated and passed to the existing system.</w:t>
      </w:r>
    </w:p>
    <w:p w14:paraId="1950DE95" w14:textId="172860FB" w:rsidR="00A710F8" w:rsidRPr="001A5AA3" w:rsidRDefault="00A710F8" w:rsidP="00A710F8">
      <w:pPr>
        <w:pStyle w:val="ListBullet"/>
        <w:numPr>
          <w:ilvl w:val="0"/>
          <w:numId w:val="11"/>
        </w:numPr>
        <w:spacing w:after="30" w:line="240" w:lineRule="auto"/>
      </w:pPr>
      <w:r w:rsidRPr="001A5AA3">
        <w:t xml:space="preserve">Completed functional and end-to-end testing of application </w:t>
      </w:r>
      <w:r w:rsidR="001A5AA3" w:rsidRPr="001A5AA3">
        <w:t>behaviour</w:t>
      </w:r>
      <w:r w:rsidRPr="001A5AA3">
        <w:t>, form validity, and identified errors prior to presenting the application to stakeholders.</w:t>
      </w:r>
    </w:p>
    <w:p w14:paraId="7BC981EF" w14:textId="0302B11A" w:rsidR="00A710F8" w:rsidRPr="001A5AA3" w:rsidRDefault="00A710F8" w:rsidP="00A710F8">
      <w:pPr>
        <w:pStyle w:val="ListBullet"/>
        <w:numPr>
          <w:ilvl w:val="0"/>
          <w:numId w:val="11"/>
        </w:numPr>
        <w:spacing w:after="30" w:line="240" w:lineRule="auto"/>
      </w:pPr>
      <w:r w:rsidRPr="001A5AA3">
        <w:t>Worked with stakeholders and other technical team members throughout the project, translating operational requirements into practical application improvements.</w:t>
      </w:r>
    </w:p>
    <w:p w14:paraId="65695543" w14:textId="77777777" w:rsidR="006D1B5C" w:rsidRPr="001A5AA3" w:rsidRDefault="006D1B5C" w:rsidP="006D1B5C">
      <w:pPr>
        <w:pStyle w:val="ListBullet"/>
        <w:numPr>
          <w:ilvl w:val="0"/>
          <w:numId w:val="0"/>
        </w:numPr>
        <w:spacing w:after="30" w:line="240" w:lineRule="auto"/>
      </w:pPr>
    </w:p>
    <w:p w14:paraId="2DB1433C" w14:textId="5D000C17" w:rsidR="00B618CA" w:rsidRPr="001A5AA3" w:rsidRDefault="009A4D8E">
      <w:pPr>
        <w:keepNext/>
        <w:tabs>
          <w:tab w:val="left" w:pos="9576"/>
        </w:tabs>
        <w:spacing w:before="60" w:after="0"/>
      </w:pPr>
      <w:r w:rsidRPr="001A5AA3">
        <w:rPr>
          <w:b/>
          <w:sz w:val="20"/>
        </w:rPr>
        <w:t xml:space="preserve">Private </w:t>
      </w:r>
      <w:r w:rsidR="000C4895" w:rsidRPr="001A5AA3">
        <w:rPr>
          <w:b/>
          <w:sz w:val="20"/>
        </w:rPr>
        <w:t>Tutor</w:t>
      </w:r>
      <w:r w:rsidR="000C4895" w:rsidRPr="001A5AA3">
        <w:rPr>
          <w:b/>
          <w:color w:val="475569"/>
          <w:sz w:val="20"/>
        </w:rPr>
        <w:t xml:space="preserve"> | EYM</w:t>
      </w:r>
      <w:r w:rsidRPr="001A5AA3">
        <w:rPr>
          <w:b/>
          <w:color w:val="475569"/>
          <w:sz w:val="20"/>
        </w:rPr>
        <w:t xml:space="preserve"> Tuition</w:t>
      </w:r>
      <w:r w:rsidR="000C4895" w:rsidRPr="001A5AA3">
        <w:rPr>
          <w:b/>
          <w:color w:val="475569"/>
          <w:sz w:val="20"/>
        </w:rPr>
        <w:t xml:space="preserve"> | </w:t>
      </w:r>
      <w:r w:rsidRPr="001A5AA3">
        <w:rPr>
          <w:i/>
          <w:color w:val="475569"/>
          <w:sz w:val="18"/>
        </w:rPr>
        <w:t>Feb 2023 - Present</w:t>
      </w:r>
    </w:p>
    <w:p w14:paraId="7741D61A" w14:textId="77777777" w:rsidR="00EC14B0" w:rsidRPr="001A5AA3" w:rsidRDefault="00EC14B0">
      <w:pPr>
        <w:pStyle w:val="ListBullet"/>
        <w:spacing w:after="30" w:line="240" w:lineRule="auto"/>
        <w:ind w:left="259" w:hanging="187"/>
      </w:pPr>
      <w:r w:rsidRPr="001A5AA3">
        <w:t xml:space="preserve">Tutoring High-School students from Year 5-10 in all subjects, and Year 11-12 in Mathematical Methods, English, and Physics. </w:t>
      </w:r>
    </w:p>
    <w:p w14:paraId="2906E197" w14:textId="77777777" w:rsidR="00EC14B0" w:rsidRPr="001A5AA3" w:rsidRDefault="00EC14B0">
      <w:pPr>
        <w:pStyle w:val="ListBullet"/>
        <w:spacing w:after="30" w:line="240" w:lineRule="auto"/>
        <w:ind w:left="259" w:hanging="187"/>
      </w:pPr>
      <w:r w:rsidRPr="001A5AA3">
        <w:t>Helping and motivating students at their homes to excel in their studies Aided in assignments and brainstormed ideas</w:t>
      </w:r>
    </w:p>
    <w:p w14:paraId="5BF7F06D" w14:textId="56BCEE18" w:rsidR="00B618CA" w:rsidRPr="001A5AA3" w:rsidRDefault="00EC14B0">
      <w:pPr>
        <w:pStyle w:val="ListBullet"/>
        <w:spacing w:after="30" w:line="240" w:lineRule="auto"/>
        <w:ind w:left="259" w:hanging="187"/>
      </w:pPr>
      <w:r w:rsidRPr="001A5AA3">
        <w:t>Guidance in exam study.</w:t>
      </w:r>
    </w:p>
    <w:p w14:paraId="3E21AEA2" w14:textId="77777777" w:rsidR="000C4895" w:rsidRPr="001A5AA3" w:rsidRDefault="000C4895" w:rsidP="000C4895">
      <w:pPr>
        <w:pStyle w:val="ListBullet"/>
        <w:numPr>
          <w:ilvl w:val="0"/>
          <w:numId w:val="0"/>
        </w:numPr>
        <w:spacing w:after="30" w:line="240" w:lineRule="auto"/>
        <w:ind w:left="360" w:hanging="360"/>
      </w:pPr>
    </w:p>
    <w:p w14:paraId="51CF7577" w14:textId="2F8A027E" w:rsidR="00B618CA" w:rsidRPr="001A5AA3" w:rsidRDefault="009A4D8E">
      <w:pPr>
        <w:keepNext/>
        <w:tabs>
          <w:tab w:val="left" w:pos="9576"/>
        </w:tabs>
        <w:spacing w:before="60" w:after="0"/>
      </w:pPr>
      <w:r w:rsidRPr="001A5AA3">
        <w:rPr>
          <w:b/>
          <w:sz w:val="20"/>
        </w:rPr>
        <w:t xml:space="preserve">Junior Information Technology Support </w:t>
      </w:r>
      <w:r w:rsidR="000C4895" w:rsidRPr="001A5AA3">
        <w:rPr>
          <w:b/>
          <w:sz w:val="20"/>
        </w:rPr>
        <w:t>Officer</w:t>
      </w:r>
      <w:r w:rsidR="000C4895" w:rsidRPr="001A5AA3">
        <w:rPr>
          <w:b/>
          <w:color w:val="475569"/>
          <w:sz w:val="20"/>
        </w:rPr>
        <w:t xml:space="preserve"> | Lourdes</w:t>
      </w:r>
      <w:r w:rsidRPr="001A5AA3">
        <w:rPr>
          <w:b/>
          <w:color w:val="475569"/>
          <w:sz w:val="20"/>
        </w:rPr>
        <w:t xml:space="preserve"> Hill College</w:t>
      </w:r>
      <w:r w:rsidR="000C4895" w:rsidRPr="001A5AA3">
        <w:rPr>
          <w:b/>
          <w:color w:val="475569"/>
          <w:sz w:val="20"/>
        </w:rPr>
        <w:t xml:space="preserve"> | </w:t>
      </w:r>
      <w:r w:rsidRPr="001A5AA3">
        <w:rPr>
          <w:i/>
          <w:color w:val="475569"/>
          <w:sz w:val="18"/>
        </w:rPr>
        <w:t>Nov 2019 - Feb 2025</w:t>
      </w:r>
    </w:p>
    <w:p w14:paraId="1EDA3757" w14:textId="77777777" w:rsidR="00B618CA" w:rsidRPr="001A5AA3" w:rsidRDefault="009A4D8E">
      <w:pPr>
        <w:spacing w:after="30"/>
        <w:ind w:left="72"/>
      </w:pPr>
      <w:r w:rsidRPr="001A5AA3">
        <w:rPr>
          <w:i/>
          <w:sz w:val="17"/>
        </w:rPr>
        <w:t>Casual holiday support role completed for approximately two months each year (~10 months total experience).</w:t>
      </w:r>
    </w:p>
    <w:p w14:paraId="64DADCEF" w14:textId="4ED09D7C" w:rsidR="00EC14B0" w:rsidRPr="001A5AA3" w:rsidRDefault="00EC14B0" w:rsidP="00EC14B0">
      <w:pPr>
        <w:pStyle w:val="ListBullet"/>
        <w:spacing w:after="30" w:line="240" w:lineRule="auto"/>
      </w:pPr>
      <w:r w:rsidRPr="001A5AA3">
        <w:t>Unboxing and setting up ~500 laptops with Win11 image and setting up/checking all Microsoft products functioning correctly.</w:t>
      </w:r>
    </w:p>
    <w:p w14:paraId="3B5AA161" w14:textId="77777777" w:rsidR="00EC14B0" w:rsidRPr="001A5AA3" w:rsidRDefault="00EC14B0" w:rsidP="00EC14B0">
      <w:pPr>
        <w:pStyle w:val="ListBullet"/>
        <w:spacing w:after="30" w:line="240" w:lineRule="auto"/>
      </w:pPr>
      <w:r w:rsidRPr="001A5AA3">
        <w:t>Help Desk role and providing service to students with issues with laptops, creating and updating tickets. Working in a team with the IT Support Staff under the supervision of an IT Support Officer.</w:t>
      </w:r>
    </w:p>
    <w:p w14:paraId="1EEDD6F0" w14:textId="77777777" w:rsidR="00EC14B0" w:rsidRPr="001A5AA3" w:rsidRDefault="00EC14B0" w:rsidP="00EC14B0">
      <w:pPr>
        <w:pStyle w:val="ListBullet"/>
        <w:spacing w:after="30" w:line="240" w:lineRule="auto"/>
      </w:pPr>
      <w:r w:rsidRPr="001A5AA3">
        <w:t>Support Officer role providing service to staff with issues involving their desktop setups, relocating offices, and printer issues.</w:t>
      </w:r>
    </w:p>
    <w:p w14:paraId="552DDA30" w14:textId="77777777" w:rsidR="00EC14B0" w:rsidRPr="001A5AA3" w:rsidRDefault="00EC14B0" w:rsidP="00EC14B0">
      <w:pPr>
        <w:pStyle w:val="ListBullet"/>
        <w:spacing w:after="30" w:line="240" w:lineRule="auto"/>
      </w:pPr>
      <w:r w:rsidRPr="001A5AA3">
        <w:t>Collaborated with the IT service team in completing our goal.</w:t>
      </w:r>
    </w:p>
    <w:p w14:paraId="39D8D917" w14:textId="1BD486EE" w:rsidR="00EC14B0" w:rsidRPr="001A5AA3" w:rsidRDefault="00EC14B0" w:rsidP="00EC14B0">
      <w:pPr>
        <w:pStyle w:val="ListBullet"/>
        <w:spacing w:after="30" w:line="240" w:lineRule="auto"/>
      </w:pPr>
      <w:r w:rsidRPr="001A5AA3">
        <w:t>Laptop repairs inclusive of hardware replacements and basic hardware issues and troubleshooting for software issues.</w:t>
      </w:r>
    </w:p>
    <w:p w14:paraId="65B4B857" w14:textId="77777777" w:rsidR="00EC14B0" w:rsidRPr="001A5AA3" w:rsidRDefault="00EC14B0" w:rsidP="00EC14B0">
      <w:pPr>
        <w:pStyle w:val="ListBullet"/>
        <w:numPr>
          <w:ilvl w:val="0"/>
          <w:numId w:val="0"/>
        </w:numPr>
        <w:spacing w:after="30" w:line="240" w:lineRule="auto"/>
      </w:pPr>
    </w:p>
    <w:p w14:paraId="6A6728FC" w14:textId="723D250D" w:rsidR="00B618CA" w:rsidRPr="001A5AA3" w:rsidRDefault="009A4D8E">
      <w:pPr>
        <w:keepNext/>
        <w:tabs>
          <w:tab w:val="left" w:pos="9576"/>
        </w:tabs>
        <w:spacing w:before="60" w:after="0"/>
      </w:pPr>
      <w:r w:rsidRPr="001A5AA3">
        <w:rPr>
          <w:b/>
          <w:sz w:val="20"/>
        </w:rPr>
        <w:t>Advertisement Distributor</w:t>
      </w:r>
      <w:r w:rsidR="000C4895" w:rsidRPr="001A5AA3">
        <w:rPr>
          <w:b/>
          <w:color w:val="475569"/>
          <w:sz w:val="20"/>
        </w:rPr>
        <w:t xml:space="preserve"> </w:t>
      </w:r>
      <w:r w:rsidRPr="001A5AA3">
        <w:rPr>
          <w:b/>
          <w:color w:val="475569"/>
          <w:sz w:val="20"/>
        </w:rPr>
        <w:t>|</w:t>
      </w:r>
      <w:r w:rsidR="000C4895" w:rsidRPr="001A5AA3">
        <w:rPr>
          <w:b/>
          <w:color w:val="475569"/>
          <w:sz w:val="20"/>
        </w:rPr>
        <w:t xml:space="preserve"> </w:t>
      </w:r>
      <w:proofErr w:type="spellStart"/>
      <w:r w:rsidRPr="001A5AA3">
        <w:rPr>
          <w:b/>
          <w:color w:val="475569"/>
          <w:sz w:val="20"/>
        </w:rPr>
        <w:t>Ivehub</w:t>
      </w:r>
      <w:proofErr w:type="spellEnd"/>
      <w:r w:rsidRPr="001A5AA3">
        <w:rPr>
          <w:b/>
          <w:color w:val="475569"/>
          <w:sz w:val="20"/>
        </w:rPr>
        <w:t xml:space="preserve"> / Salmat</w:t>
      </w:r>
      <w:r w:rsidR="000C4895" w:rsidRPr="001A5AA3">
        <w:rPr>
          <w:b/>
          <w:color w:val="475569"/>
          <w:sz w:val="20"/>
        </w:rPr>
        <w:t xml:space="preserve"> | </w:t>
      </w:r>
      <w:r w:rsidRPr="001A5AA3">
        <w:rPr>
          <w:i/>
          <w:color w:val="475569"/>
          <w:sz w:val="18"/>
        </w:rPr>
        <w:t>Apr 2018 - Oct 2019</w:t>
      </w:r>
    </w:p>
    <w:p w14:paraId="129C326D" w14:textId="77777777" w:rsidR="00B618CA" w:rsidRPr="001A5AA3" w:rsidRDefault="009A4D8E">
      <w:pPr>
        <w:pStyle w:val="ListBullet"/>
        <w:spacing w:after="30" w:line="240" w:lineRule="auto"/>
        <w:ind w:left="259" w:hanging="187"/>
      </w:pPr>
      <w:r w:rsidRPr="001A5AA3">
        <w:t>Prepared, packed and distributed advertising material to local residences twice weekly.</w:t>
      </w:r>
    </w:p>
    <w:p w14:paraId="0D474223" w14:textId="77777777" w:rsidR="00B618CA" w:rsidRPr="001A5AA3" w:rsidRDefault="009A4D8E">
      <w:pPr>
        <w:pStyle w:val="Heading1"/>
        <w:rPr>
          <w:rFonts w:ascii="Aptos" w:hAnsi="Aptos"/>
        </w:rPr>
      </w:pPr>
      <w:r w:rsidRPr="001A5AA3">
        <w:rPr>
          <w:rFonts w:ascii="Aptos" w:hAnsi="Aptos"/>
        </w:rPr>
        <w:t>EDUCATION</w:t>
      </w:r>
    </w:p>
    <w:p w14:paraId="01C0F795" w14:textId="304F172F" w:rsidR="00B618CA" w:rsidRPr="001A5AA3" w:rsidRDefault="009A4D8E">
      <w:pPr>
        <w:keepNext/>
        <w:tabs>
          <w:tab w:val="left" w:pos="9576"/>
        </w:tabs>
        <w:spacing w:before="60" w:after="0"/>
        <w:rPr>
          <w:i/>
          <w:color w:val="475569"/>
          <w:sz w:val="18"/>
        </w:rPr>
      </w:pPr>
      <w:r w:rsidRPr="001A5AA3">
        <w:rPr>
          <w:b/>
          <w:sz w:val="20"/>
        </w:rPr>
        <w:t xml:space="preserve">Bachelor of Business </w:t>
      </w:r>
      <w:r w:rsidR="000C4895" w:rsidRPr="001A5AA3">
        <w:rPr>
          <w:b/>
          <w:sz w:val="20"/>
        </w:rPr>
        <w:t>&amp;</w:t>
      </w:r>
      <w:r w:rsidRPr="001A5AA3">
        <w:rPr>
          <w:b/>
          <w:sz w:val="20"/>
        </w:rPr>
        <w:t xml:space="preserve"> Information Technology</w:t>
      </w:r>
      <w:r w:rsidR="000C4895" w:rsidRPr="001A5AA3">
        <w:rPr>
          <w:b/>
          <w:color w:val="475569"/>
          <w:sz w:val="20"/>
        </w:rPr>
        <w:t xml:space="preserve"> </w:t>
      </w:r>
      <w:r w:rsidRPr="001A5AA3">
        <w:rPr>
          <w:b/>
          <w:color w:val="475569"/>
          <w:sz w:val="20"/>
        </w:rPr>
        <w:t xml:space="preserve">| Queensland University of </w:t>
      </w:r>
      <w:r w:rsidR="000C4895" w:rsidRPr="001A5AA3">
        <w:rPr>
          <w:b/>
          <w:color w:val="475569"/>
          <w:sz w:val="20"/>
        </w:rPr>
        <w:t xml:space="preserve">Technology | </w:t>
      </w:r>
      <w:r w:rsidRPr="001A5AA3">
        <w:rPr>
          <w:i/>
          <w:color w:val="475569"/>
          <w:sz w:val="18"/>
        </w:rPr>
        <w:t>Expected Nov 2026</w:t>
      </w:r>
    </w:p>
    <w:p w14:paraId="6A72613E" w14:textId="0240BDA0" w:rsidR="006D1B5C" w:rsidRPr="001A5AA3" w:rsidRDefault="006D1B5C" w:rsidP="006D1B5C">
      <w:pPr>
        <w:keepNext/>
        <w:tabs>
          <w:tab w:val="left" w:pos="9576"/>
        </w:tabs>
        <w:spacing w:before="60" w:after="0"/>
        <w:rPr>
          <w:iCs/>
        </w:rPr>
      </w:pPr>
      <w:r w:rsidRPr="001A5AA3">
        <w:rPr>
          <w:iCs/>
        </w:rPr>
        <w:t>Relevant technical experience:</w:t>
      </w:r>
    </w:p>
    <w:p w14:paraId="41098A59" w14:textId="77777777" w:rsidR="006D1B5C" w:rsidRPr="001A5AA3" w:rsidRDefault="006D1B5C" w:rsidP="006D1B5C">
      <w:pPr>
        <w:keepNext/>
        <w:numPr>
          <w:ilvl w:val="0"/>
          <w:numId w:val="12"/>
        </w:numPr>
        <w:tabs>
          <w:tab w:val="left" w:pos="9576"/>
        </w:tabs>
        <w:spacing w:before="60" w:after="0"/>
        <w:rPr>
          <w:iCs/>
        </w:rPr>
      </w:pPr>
      <w:r w:rsidRPr="001A5AA3">
        <w:rPr>
          <w:iCs/>
        </w:rPr>
        <w:t>Designed and developed applications using Python, JavaScript, SQL, REST APIs and relational databases.</w:t>
      </w:r>
    </w:p>
    <w:p w14:paraId="260D57B8" w14:textId="77777777" w:rsidR="006D1B5C" w:rsidRPr="001A5AA3" w:rsidRDefault="006D1B5C" w:rsidP="006D1B5C">
      <w:pPr>
        <w:keepNext/>
        <w:numPr>
          <w:ilvl w:val="0"/>
          <w:numId w:val="12"/>
        </w:numPr>
        <w:tabs>
          <w:tab w:val="left" w:pos="9576"/>
        </w:tabs>
        <w:spacing w:before="60" w:after="0"/>
        <w:rPr>
          <w:iCs/>
        </w:rPr>
      </w:pPr>
      <w:r w:rsidRPr="001A5AA3">
        <w:rPr>
          <w:iCs/>
        </w:rPr>
        <w:t>Developed and integrated services using APIs and database-backed application architectures.</w:t>
      </w:r>
    </w:p>
    <w:p w14:paraId="68EAEA15" w14:textId="77777777" w:rsidR="006D1B5C" w:rsidRPr="001A5AA3" w:rsidRDefault="006D1B5C" w:rsidP="006D1B5C">
      <w:pPr>
        <w:keepNext/>
        <w:numPr>
          <w:ilvl w:val="0"/>
          <w:numId w:val="12"/>
        </w:numPr>
        <w:tabs>
          <w:tab w:val="left" w:pos="9576"/>
        </w:tabs>
        <w:spacing w:before="60" w:after="0"/>
        <w:rPr>
          <w:iCs/>
        </w:rPr>
      </w:pPr>
      <w:r w:rsidRPr="001A5AA3">
        <w:rPr>
          <w:iCs/>
        </w:rPr>
        <w:t>Worked with containerised application environments and microservice-based architectures.</w:t>
      </w:r>
    </w:p>
    <w:p w14:paraId="17232955" w14:textId="09372BB3" w:rsidR="006D1B5C" w:rsidRPr="001A5AA3" w:rsidRDefault="006D1B5C" w:rsidP="006D1B5C">
      <w:pPr>
        <w:keepNext/>
        <w:numPr>
          <w:ilvl w:val="0"/>
          <w:numId w:val="12"/>
        </w:numPr>
        <w:tabs>
          <w:tab w:val="left" w:pos="9576"/>
        </w:tabs>
        <w:spacing w:before="60" w:after="0"/>
        <w:rPr>
          <w:iCs/>
        </w:rPr>
      </w:pPr>
      <w:r w:rsidRPr="001A5AA3">
        <w:rPr>
          <w:iCs/>
        </w:rPr>
        <w:t>Used GitHub for source control and collaborative development.</w:t>
      </w:r>
    </w:p>
    <w:p w14:paraId="3AF56577" w14:textId="77777777" w:rsidR="006D1B5C" w:rsidRPr="001A5AA3" w:rsidRDefault="006D1B5C" w:rsidP="006D1B5C">
      <w:pPr>
        <w:keepNext/>
        <w:numPr>
          <w:ilvl w:val="0"/>
          <w:numId w:val="12"/>
        </w:numPr>
        <w:tabs>
          <w:tab w:val="left" w:pos="9576"/>
        </w:tabs>
        <w:spacing w:before="60" w:after="0"/>
        <w:rPr>
          <w:iCs/>
        </w:rPr>
      </w:pPr>
      <w:r w:rsidRPr="001A5AA3">
        <w:rPr>
          <w:iCs/>
        </w:rPr>
        <w:t>Applied testing, troubleshooting and technical problem-solving throughout team-based software projects.</w:t>
      </w:r>
    </w:p>
    <w:p w14:paraId="734259EC" w14:textId="77777777" w:rsidR="006D1B5C" w:rsidRPr="001A5AA3" w:rsidRDefault="006D1B5C" w:rsidP="006D1B5C">
      <w:pPr>
        <w:keepNext/>
        <w:numPr>
          <w:ilvl w:val="0"/>
          <w:numId w:val="12"/>
        </w:numPr>
        <w:tabs>
          <w:tab w:val="left" w:pos="9576"/>
        </w:tabs>
        <w:spacing w:before="60" w:after="0"/>
        <w:rPr>
          <w:iCs/>
        </w:rPr>
      </w:pPr>
      <w:r w:rsidRPr="001A5AA3">
        <w:rPr>
          <w:iCs/>
        </w:rPr>
        <w:t>Collaborated within project teams to deliver technical outcomes against defined requirements and deadlines.</w:t>
      </w:r>
    </w:p>
    <w:p w14:paraId="17CC825F" w14:textId="77777777" w:rsidR="006D1B5C" w:rsidRPr="001A5AA3" w:rsidRDefault="006D1B5C">
      <w:pPr>
        <w:keepNext/>
        <w:tabs>
          <w:tab w:val="left" w:pos="9576"/>
        </w:tabs>
        <w:spacing w:before="60" w:after="0"/>
        <w:rPr>
          <w:iCs/>
        </w:rPr>
      </w:pPr>
    </w:p>
    <w:p w14:paraId="62E6D1D0" w14:textId="2939BBC2" w:rsidR="00B618CA" w:rsidRPr="001A5AA3" w:rsidRDefault="009A4D8E">
      <w:pPr>
        <w:keepNext/>
        <w:tabs>
          <w:tab w:val="left" w:pos="9576"/>
        </w:tabs>
        <w:spacing w:before="60" w:after="0"/>
      </w:pPr>
      <w:r w:rsidRPr="001A5AA3">
        <w:rPr>
          <w:b/>
          <w:sz w:val="20"/>
        </w:rPr>
        <w:t>Queensland Certificate of Education</w:t>
      </w:r>
      <w:r w:rsidRPr="001A5AA3">
        <w:rPr>
          <w:b/>
          <w:color w:val="475569"/>
          <w:sz w:val="20"/>
        </w:rPr>
        <w:t xml:space="preserve"> | St Joseph's College Gregory Terrace</w:t>
      </w:r>
      <w:r w:rsidR="000C4895" w:rsidRPr="001A5AA3">
        <w:rPr>
          <w:b/>
          <w:color w:val="475569"/>
          <w:sz w:val="20"/>
        </w:rPr>
        <w:t xml:space="preserve"> | </w:t>
      </w:r>
      <w:r w:rsidRPr="001A5AA3">
        <w:rPr>
          <w:i/>
          <w:color w:val="475569"/>
          <w:sz w:val="18"/>
        </w:rPr>
        <w:t>2022</w:t>
      </w:r>
    </w:p>
    <w:p w14:paraId="6A8B8516" w14:textId="7365303F" w:rsidR="00A43100" w:rsidRDefault="009A4D8E" w:rsidP="00551F50">
      <w:pPr>
        <w:spacing w:after="40"/>
        <w:ind w:left="72"/>
      </w:pPr>
      <w:r w:rsidRPr="001A5AA3">
        <w:t>ATAR: 89.8</w:t>
      </w:r>
    </w:p>
    <w:p w14:paraId="3DB4EFEB" w14:textId="77777777" w:rsidR="00672846" w:rsidRPr="001A5AA3" w:rsidRDefault="00672846" w:rsidP="00672846">
      <w:pPr>
        <w:pStyle w:val="Heading1"/>
        <w:rPr>
          <w:rFonts w:ascii="Aptos" w:hAnsi="Aptos"/>
        </w:rPr>
      </w:pPr>
      <w:r w:rsidRPr="001A5AA3">
        <w:rPr>
          <w:rFonts w:ascii="Aptos" w:hAnsi="Aptos"/>
        </w:rPr>
        <w:t>LICENCES &amp; CERTIFICATIONS</w:t>
      </w:r>
    </w:p>
    <w:p w14:paraId="6164D5D2" w14:textId="77777777" w:rsidR="00672846" w:rsidRPr="000C4895" w:rsidRDefault="00672846" w:rsidP="00672846">
      <w:pPr>
        <w:spacing w:after="20"/>
      </w:pPr>
      <w:r w:rsidRPr="001A5AA3">
        <w:t>Paid Working with Children Check — valid until Dec 2030</w:t>
      </w:r>
    </w:p>
    <w:p w14:paraId="56A6081B" w14:textId="03C5C970" w:rsidR="00672846" w:rsidRPr="001A5AA3" w:rsidRDefault="00654CB1" w:rsidP="00551F50">
      <w:pPr>
        <w:spacing w:after="40"/>
      </w:pPr>
      <w:r>
        <w:t xml:space="preserve"> </w:t>
      </w:r>
    </w:p>
    <w:sectPr w:rsidR="00672846" w:rsidRPr="001A5AA3"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9306D1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3E5C29"/>
    <w:multiLevelType w:val="multilevel"/>
    <w:tmpl w:val="AC363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0357D3"/>
    <w:multiLevelType w:val="hybridMultilevel"/>
    <w:tmpl w:val="0982FF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79824DA6"/>
    <w:multiLevelType w:val="hybridMultilevel"/>
    <w:tmpl w:val="4D68FB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553397808">
    <w:abstractNumId w:val="8"/>
  </w:num>
  <w:num w:numId="2" w16cid:durableId="877623913">
    <w:abstractNumId w:val="6"/>
  </w:num>
  <w:num w:numId="3" w16cid:durableId="1714497545">
    <w:abstractNumId w:val="5"/>
  </w:num>
  <w:num w:numId="4" w16cid:durableId="273633454">
    <w:abstractNumId w:val="4"/>
  </w:num>
  <w:num w:numId="5" w16cid:durableId="1463427177">
    <w:abstractNumId w:val="7"/>
  </w:num>
  <w:num w:numId="6" w16cid:durableId="1182823075">
    <w:abstractNumId w:val="3"/>
  </w:num>
  <w:num w:numId="7" w16cid:durableId="1869490851">
    <w:abstractNumId w:val="2"/>
  </w:num>
  <w:num w:numId="8" w16cid:durableId="1046098165">
    <w:abstractNumId w:val="1"/>
  </w:num>
  <w:num w:numId="9" w16cid:durableId="219560986">
    <w:abstractNumId w:val="0"/>
  </w:num>
  <w:num w:numId="10" w16cid:durableId="191041359">
    <w:abstractNumId w:val="11"/>
  </w:num>
  <w:num w:numId="11" w16cid:durableId="41370650">
    <w:abstractNumId w:val="10"/>
  </w:num>
  <w:num w:numId="12" w16cid:durableId="19865425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7F5"/>
    <w:rsid w:val="00034616"/>
    <w:rsid w:val="0006063C"/>
    <w:rsid w:val="000C4895"/>
    <w:rsid w:val="0015074B"/>
    <w:rsid w:val="001A3D46"/>
    <w:rsid w:val="001A5AA3"/>
    <w:rsid w:val="0029639D"/>
    <w:rsid w:val="002C03C4"/>
    <w:rsid w:val="00326F90"/>
    <w:rsid w:val="00402A13"/>
    <w:rsid w:val="004C0BEB"/>
    <w:rsid w:val="004D1A43"/>
    <w:rsid w:val="00551F50"/>
    <w:rsid w:val="00642A4F"/>
    <w:rsid w:val="00654CB1"/>
    <w:rsid w:val="00672846"/>
    <w:rsid w:val="006D1B5C"/>
    <w:rsid w:val="00731B0B"/>
    <w:rsid w:val="0078101D"/>
    <w:rsid w:val="0083712C"/>
    <w:rsid w:val="008E48E7"/>
    <w:rsid w:val="00946E56"/>
    <w:rsid w:val="009A4D8E"/>
    <w:rsid w:val="00A43100"/>
    <w:rsid w:val="00A710F8"/>
    <w:rsid w:val="00A87AA1"/>
    <w:rsid w:val="00AA1D8D"/>
    <w:rsid w:val="00B2339E"/>
    <w:rsid w:val="00B47730"/>
    <w:rsid w:val="00B618CA"/>
    <w:rsid w:val="00BA625E"/>
    <w:rsid w:val="00C42CF4"/>
    <w:rsid w:val="00CB0664"/>
    <w:rsid w:val="00D059A6"/>
    <w:rsid w:val="00E11028"/>
    <w:rsid w:val="00E6657B"/>
    <w:rsid w:val="00E81068"/>
    <w:rsid w:val="00EA7D0D"/>
    <w:rsid w:val="00EC14B0"/>
    <w:rsid w:val="00FC693F"/>
    <w:rsid w:val="00FD73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095A19"/>
  <w14:defaultImageDpi w14:val="330"/>
  <w15:docId w15:val="{D764D470-878E-4910-B7BE-DB59F89C4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50" w:line="247" w:lineRule="auto"/>
    </w:pPr>
    <w:rPr>
      <w:rFonts w:ascii="Aptos" w:hAnsi="Aptos"/>
      <w:sz w:val="19"/>
      <w:lang w:val="en-GB"/>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1E293B"/>
      <w:sz w:val="23"/>
      <w:szCs w:val="28"/>
    </w:rPr>
  </w:style>
  <w:style w:type="paragraph" w:styleId="Heading2">
    <w:name w:val="heading 2"/>
    <w:basedOn w:val="Normal"/>
    <w:next w:val="Normal"/>
    <w:link w:val="Heading2Char"/>
    <w:uiPriority w:val="9"/>
    <w:unhideWhenUsed/>
    <w:qFormat/>
    <w:rsid w:val="00FC693F"/>
    <w:pPr>
      <w:keepNext/>
      <w:keepLines/>
      <w:spacing w:before="80" w:after="20"/>
      <w:outlineLvl w:val="1"/>
    </w:pPr>
    <w:rPr>
      <w:rFonts w:asciiTheme="majorHAnsi" w:eastAsiaTheme="majorEastAsia" w:hAnsiTheme="majorHAnsi" w:cstheme="majorBidi"/>
      <w:b/>
      <w:bCs/>
      <w:color w:val="1E293B"/>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E293B"/>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1029</Words>
  <Characters>5868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Johnathon Russell</cp:lastModifiedBy>
  <cp:revision>2</cp:revision>
  <dcterms:created xsi:type="dcterms:W3CDTF">2026-10-13T17:14:00Z</dcterms:created>
  <dcterms:modified xsi:type="dcterms:W3CDTF">2026-10-13T17:14:00Z</dcterms:modified>
  <cp:category/>
</cp:coreProperties>
</file>